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5A04" w:rsidRDefault="00FB5A04" w:rsidP="00FB5A04">
      <w:pPr>
        <w:pStyle w:val="artifact-docx-previewheading1"/>
        <w:spacing w:before="0" w:beforeAutospacing="0" w:after="0" w:afterAutospacing="0"/>
        <w:jc w:val="center"/>
        <w:rPr>
          <w:b/>
          <w:color w:val="4F81BD" w:themeColor="accent1"/>
          <w:u w:val="single"/>
        </w:rPr>
      </w:pPr>
      <w:r>
        <w:rPr>
          <w:b/>
          <w:noProof/>
          <w:color w:val="4F81BD" w:themeColor="accent1"/>
          <w:u w:val="single"/>
        </w:rPr>
        <w:drawing>
          <wp:anchor distT="0" distB="0" distL="114300" distR="114300" simplePos="0" relativeHeight="251655680" behindDoc="1" locked="0" layoutInCell="1" allowOverlap="1" wp14:anchorId="5480AEE4" wp14:editId="67C23D36">
            <wp:simplePos x="0" y="0"/>
            <wp:positionH relativeFrom="column">
              <wp:posOffset>38100</wp:posOffset>
            </wp:positionH>
            <wp:positionV relativeFrom="paragraph">
              <wp:posOffset>-180975</wp:posOffset>
            </wp:positionV>
            <wp:extent cx="803275" cy="777240"/>
            <wp:effectExtent l="0" t="0" r="0" b="381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3275" cy="77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color w:val="4F81BD" w:themeColor="accent1"/>
          <w:u w:val="single"/>
        </w:rPr>
        <w:t>I</w:t>
      </w:r>
      <w:r w:rsidRPr="00FB5A04">
        <w:rPr>
          <w:b/>
          <w:color w:val="4F81BD" w:themeColor="accent1"/>
          <w:u w:val="single"/>
        </w:rPr>
        <w:t>NDIAN INSTITUTE OF TECHNOLOGY GUWAHATI- 781039</w:t>
      </w:r>
    </w:p>
    <w:p w:rsidR="00FB5A04" w:rsidRPr="008C1EB0" w:rsidRDefault="00FB5A04" w:rsidP="00FB5A04">
      <w:pPr>
        <w:pStyle w:val="artifact-docx-previewheading1"/>
        <w:spacing w:before="0" w:beforeAutospacing="0" w:after="0" w:afterAutospacing="0"/>
        <w:jc w:val="center"/>
        <w:rPr>
          <w:b/>
          <w:color w:val="4F81BD" w:themeColor="accent1"/>
          <w:u w:val="single"/>
        </w:rPr>
      </w:pPr>
      <w:r w:rsidRPr="00FB5A04">
        <w:rPr>
          <w:b/>
          <w:color w:val="4F81BD" w:themeColor="accent1"/>
          <w:u w:val="single"/>
        </w:rPr>
        <w:t>NPTEL Post Baccalaureate Fellowship Program</w:t>
      </w:r>
    </w:p>
    <w:p w:rsidR="00FB5A04" w:rsidRDefault="00FB5A04" w:rsidP="00FB5A04">
      <w:pPr>
        <w:pStyle w:val="artifact-docx-previewheading1"/>
        <w:spacing w:before="0" w:beforeAutospacing="0" w:after="0" w:afterAutospacing="0"/>
        <w:jc w:val="center"/>
        <w:rPr>
          <w:b/>
          <w:color w:val="4F81BD" w:themeColor="accent1"/>
          <w:u w:val="single"/>
        </w:rPr>
      </w:pPr>
    </w:p>
    <w:p w:rsidR="00FB5A04" w:rsidRPr="008C1EB0" w:rsidRDefault="00FB5A04" w:rsidP="00FB5A04">
      <w:pPr>
        <w:pStyle w:val="artifact-docx-previewheading1"/>
        <w:spacing w:before="0" w:beforeAutospacing="0" w:after="0" w:afterAutospacing="0"/>
        <w:jc w:val="center"/>
        <w:rPr>
          <w:b/>
          <w:color w:val="4F81BD" w:themeColor="accent1"/>
          <w:u w:val="single"/>
        </w:rPr>
      </w:pPr>
      <w:r>
        <w:rPr>
          <w:b/>
          <w:noProof/>
          <w:color w:val="4F81BD" w:themeColor="accent1"/>
          <w:u w:val="single"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>
                <wp:simplePos x="0" y="0"/>
                <wp:positionH relativeFrom="column">
                  <wp:posOffset>-88265</wp:posOffset>
                </wp:positionH>
                <wp:positionV relativeFrom="paragraph">
                  <wp:posOffset>71755</wp:posOffset>
                </wp:positionV>
                <wp:extent cx="6076950" cy="0"/>
                <wp:effectExtent l="20320" t="15875" r="17780" b="22225"/>
                <wp:wrapNone/>
                <wp:docPr id="7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695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27B53D" id="Straight Connector 7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95pt,5.65pt" to="471.55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" o:allowincell="f" strokeweight="2.25pt"/>
            </w:pict>
          </mc:Fallback>
        </mc:AlternateContent>
      </w:r>
    </w:p>
    <w:p w:rsidR="00FB5A04" w:rsidRDefault="00FB5A04" w:rsidP="00FB5A04">
      <w:pPr>
        <w:pStyle w:val="artifact-docx-previewheading1"/>
        <w:spacing w:before="0" w:beforeAutospacing="0" w:after="0" w:afterAutospacing="0"/>
        <w:jc w:val="center"/>
        <w:rPr>
          <w:b/>
          <w:color w:val="4F81BD" w:themeColor="accent1"/>
          <w:u w:val="single"/>
        </w:rPr>
      </w:pPr>
      <w:r w:rsidRPr="008C1EB0">
        <w:rPr>
          <w:b/>
          <w:color w:val="4F81BD" w:themeColor="accent1"/>
          <w:u w:val="single"/>
        </w:rPr>
        <w:t>NO DUES CERTIFICATE FOR IITG EMAIL ID</w:t>
      </w:r>
    </w:p>
    <w:p w:rsidR="00FB5A04" w:rsidRDefault="00FB5A04" w:rsidP="00FB5A04">
      <w:pPr>
        <w:pStyle w:val="artifact-docx-previewheading1"/>
        <w:spacing w:before="0" w:beforeAutospacing="0" w:after="0" w:afterAutospacing="0"/>
        <w:jc w:val="center"/>
        <w:rPr>
          <w:b/>
          <w:color w:val="4F81BD" w:themeColor="accent1"/>
          <w:u w:val="single"/>
        </w:rPr>
      </w:pPr>
    </w:p>
    <w:p w:rsidR="00254A7C" w:rsidRDefault="008C1EB0" w:rsidP="00FB5A04">
      <w:pPr>
        <w:spacing w:after="0"/>
      </w:pPr>
      <w:r>
        <w:t xml:space="preserve">This is to certify that </w:t>
      </w:r>
      <w:r>
        <w:rPr>
          <w:b/>
        </w:rPr>
        <w:t xml:space="preserve">Mr./Ms. ___________________________________________ </w:t>
      </w:r>
      <w:r>
        <w:t>has surrendered/deactivated the allotted IIT Guwahati email ID and has no pending dues related to the institute email account.</w:t>
      </w:r>
      <w:r>
        <w:br/>
      </w:r>
    </w:p>
    <w:tbl>
      <w:tblPr>
        <w:tblW w:w="0" w:type="auto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6"/>
        <w:gridCol w:w="4320"/>
      </w:tblGrid>
      <w:tr w:rsidR="00254A7C" w:rsidTr="00FB5A04">
        <w:tc>
          <w:tcPr>
            <w:tcW w:w="4226" w:type="dxa"/>
          </w:tcPr>
          <w:p w:rsidR="00254A7C" w:rsidRDefault="008C1EB0">
            <w:r>
              <w:t>Name</w:t>
            </w:r>
          </w:p>
        </w:tc>
        <w:tc>
          <w:tcPr>
            <w:tcW w:w="4320" w:type="dxa"/>
          </w:tcPr>
          <w:p w:rsidR="00254A7C" w:rsidRDefault="00254A7C"/>
        </w:tc>
      </w:tr>
      <w:tr w:rsidR="00254A7C" w:rsidTr="00FB5A04">
        <w:tc>
          <w:tcPr>
            <w:tcW w:w="4226" w:type="dxa"/>
          </w:tcPr>
          <w:p w:rsidR="00254A7C" w:rsidRDefault="00F471BA">
            <w:r>
              <w:t>Project Name</w:t>
            </w:r>
          </w:p>
        </w:tc>
        <w:tc>
          <w:tcPr>
            <w:tcW w:w="4320" w:type="dxa"/>
          </w:tcPr>
          <w:p w:rsidR="00254A7C" w:rsidRDefault="00254A7C"/>
        </w:tc>
      </w:tr>
      <w:tr w:rsidR="00F471BA" w:rsidTr="00FB5A04">
        <w:tc>
          <w:tcPr>
            <w:tcW w:w="4226" w:type="dxa"/>
          </w:tcPr>
          <w:p w:rsidR="00F471BA" w:rsidRDefault="00F471BA" w:rsidP="00F471BA">
            <w:r>
              <w:t>Supervisor Name</w:t>
            </w:r>
          </w:p>
        </w:tc>
        <w:tc>
          <w:tcPr>
            <w:tcW w:w="4320" w:type="dxa"/>
          </w:tcPr>
          <w:p w:rsidR="00F471BA" w:rsidRDefault="00F471BA" w:rsidP="00F471BA"/>
        </w:tc>
      </w:tr>
      <w:tr w:rsidR="00F471BA" w:rsidTr="00FB5A04">
        <w:tc>
          <w:tcPr>
            <w:tcW w:w="4226" w:type="dxa"/>
          </w:tcPr>
          <w:p w:rsidR="00F471BA" w:rsidRDefault="00F471BA" w:rsidP="00F471BA">
            <w:r>
              <w:t>Department/Centre/School</w:t>
            </w:r>
          </w:p>
        </w:tc>
        <w:tc>
          <w:tcPr>
            <w:tcW w:w="4320" w:type="dxa"/>
          </w:tcPr>
          <w:p w:rsidR="00F471BA" w:rsidRDefault="00F471BA" w:rsidP="00F471BA"/>
        </w:tc>
      </w:tr>
      <w:tr w:rsidR="00F471BA" w:rsidTr="00FB5A04">
        <w:tc>
          <w:tcPr>
            <w:tcW w:w="4226" w:type="dxa"/>
          </w:tcPr>
          <w:p w:rsidR="00F471BA" w:rsidRDefault="00F471BA" w:rsidP="00F471BA">
            <w:r>
              <w:t>IITG Email ID</w:t>
            </w:r>
          </w:p>
        </w:tc>
        <w:tc>
          <w:tcPr>
            <w:tcW w:w="4320" w:type="dxa"/>
          </w:tcPr>
          <w:p w:rsidR="00F471BA" w:rsidRDefault="00F471BA" w:rsidP="00F471BA"/>
        </w:tc>
      </w:tr>
      <w:tr w:rsidR="00F471BA" w:rsidTr="00FB5A04">
        <w:tc>
          <w:tcPr>
            <w:tcW w:w="4226" w:type="dxa"/>
          </w:tcPr>
          <w:p w:rsidR="00F471BA" w:rsidRDefault="00F471BA" w:rsidP="00F471BA">
            <w:r>
              <w:t>Alternate Email ID(Personal)</w:t>
            </w:r>
          </w:p>
        </w:tc>
        <w:tc>
          <w:tcPr>
            <w:tcW w:w="4320" w:type="dxa"/>
          </w:tcPr>
          <w:p w:rsidR="00F471BA" w:rsidRDefault="00F471BA" w:rsidP="00F471BA"/>
        </w:tc>
      </w:tr>
    </w:tbl>
    <w:p w:rsidR="00254A7C" w:rsidRDefault="008C1EB0">
      <w:r>
        <w:br/>
      </w:r>
      <w:r w:rsidRPr="00FB5A04">
        <w:rPr>
          <w:b/>
          <w:u w:val="single"/>
        </w:rPr>
        <w:t>Clearance</w:t>
      </w:r>
      <w: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72"/>
        <w:gridCol w:w="2880"/>
        <w:gridCol w:w="2880"/>
      </w:tblGrid>
      <w:tr w:rsidR="00254A7C" w:rsidTr="00FB5A04">
        <w:tc>
          <w:tcPr>
            <w:tcW w:w="2772" w:type="dxa"/>
          </w:tcPr>
          <w:p w:rsidR="00254A7C" w:rsidRDefault="008C1EB0">
            <w:r>
              <w:t>Section</w:t>
            </w:r>
          </w:p>
        </w:tc>
        <w:tc>
          <w:tcPr>
            <w:tcW w:w="2880" w:type="dxa"/>
          </w:tcPr>
          <w:p w:rsidR="00254A7C" w:rsidRDefault="008C1EB0">
            <w:r>
              <w:t>Status</w:t>
            </w:r>
          </w:p>
        </w:tc>
        <w:tc>
          <w:tcPr>
            <w:tcW w:w="2880" w:type="dxa"/>
          </w:tcPr>
          <w:p w:rsidR="00254A7C" w:rsidRDefault="008C1EB0">
            <w:r>
              <w:t>Signature</w:t>
            </w:r>
          </w:p>
        </w:tc>
      </w:tr>
      <w:tr w:rsidR="00254A7C" w:rsidTr="00FB5A04">
        <w:tc>
          <w:tcPr>
            <w:tcW w:w="2772" w:type="dxa"/>
          </w:tcPr>
          <w:p w:rsidR="00254A7C" w:rsidRDefault="00F471BA">
            <w:r>
              <w:t>Supervisor</w:t>
            </w:r>
          </w:p>
        </w:tc>
        <w:tc>
          <w:tcPr>
            <w:tcW w:w="2880" w:type="dxa"/>
          </w:tcPr>
          <w:p w:rsidR="00254A7C" w:rsidRDefault="008C1EB0">
            <w:r>
              <w:t>No Dues</w:t>
            </w:r>
          </w:p>
          <w:p w:rsidR="008C1EB0" w:rsidRDefault="008C1EB0"/>
        </w:tc>
        <w:tc>
          <w:tcPr>
            <w:tcW w:w="2880" w:type="dxa"/>
          </w:tcPr>
          <w:p w:rsidR="00254A7C" w:rsidRDefault="00254A7C"/>
        </w:tc>
      </w:tr>
      <w:tr w:rsidR="00254A7C" w:rsidTr="00FB5A04">
        <w:tc>
          <w:tcPr>
            <w:tcW w:w="2772" w:type="dxa"/>
          </w:tcPr>
          <w:p w:rsidR="00254A7C" w:rsidRDefault="008C1EB0">
            <w:r>
              <w:t>CET / Concerned Office</w:t>
            </w:r>
          </w:p>
        </w:tc>
        <w:tc>
          <w:tcPr>
            <w:tcW w:w="2880" w:type="dxa"/>
          </w:tcPr>
          <w:p w:rsidR="00254A7C" w:rsidRDefault="008C1EB0">
            <w:r>
              <w:t>No Dues</w:t>
            </w:r>
          </w:p>
          <w:p w:rsidR="008C1EB0" w:rsidRDefault="008C1EB0"/>
        </w:tc>
        <w:tc>
          <w:tcPr>
            <w:tcW w:w="2880" w:type="dxa"/>
          </w:tcPr>
          <w:p w:rsidR="00254A7C" w:rsidRDefault="00254A7C"/>
        </w:tc>
      </w:tr>
    </w:tbl>
    <w:p w:rsidR="008C1EB0" w:rsidRDefault="00F471BA" w:rsidP="00FB5A04">
      <w:pPr>
        <w:jc w:val="both"/>
      </w:pPr>
      <w:r w:rsidRPr="008C1EB0">
        <w:rPr>
          <w:u w:val="single"/>
        </w:rPr>
        <w:t>Declaration</w:t>
      </w:r>
      <w:r>
        <w:t>:</w:t>
      </w:r>
      <w:r>
        <w:br/>
        <w:t>I hereby certify that I have surrendered all institute email-related resources and there are no pending obligations associated with my IIT Guwahati email account</w:t>
      </w:r>
      <w:r w:rsidR="008C1EB0" w:rsidRPr="008C1EB0">
        <w:t xml:space="preserve"> </w:t>
      </w:r>
      <w:r w:rsidR="008C1EB0">
        <w:t>and the account may be deactivated/closed by IIT Guwahati authority, if applicable.</w:t>
      </w:r>
    </w:p>
    <w:p w:rsidR="00D96199" w:rsidRDefault="00D96199" w:rsidP="00F471BA">
      <w:pPr>
        <w:spacing w:after="0"/>
        <w:rPr>
          <w:u w:val="single"/>
        </w:rPr>
      </w:pPr>
    </w:p>
    <w:p w:rsidR="008C1EB0" w:rsidRDefault="008C1EB0" w:rsidP="00F471BA">
      <w:pPr>
        <w:spacing w:after="0"/>
        <w:rPr>
          <w:u w:val="single"/>
        </w:rPr>
      </w:pPr>
      <w:r w:rsidRPr="008C1EB0">
        <w:rPr>
          <w:u w:val="single"/>
        </w:rPr>
        <w:t>Signature of Fellow</w:t>
      </w:r>
    </w:p>
    <w:p w:rsidR="004C7ACF" w:rsidRDefault="008C1EB0" w:rsidP="004C7ACF">
      <w:pPr>
        <w:spacing w:after="0"/>
      </w:pPr>
      <w:r>
        <w:br/>
        <w:t xml:space="preserve">Fellow </w:t>
      </w:r>
      <w:r w:rsidR="00F471BA">
        <w:t xml:space="preserve">Name: </w:t>
      </w:r>
      <w:r w:rsidR="00F471BA">
        <w:br/>
        <w:t xml:space="preserve">Batch: </w:t>
      </w:r>
    </w:p>
    <w:p w:rsidR="004C7ACF" w:rsidRDefault="007712A2" w:rsidP="004C7ACF">
      <w:pPr>
        <w:spacing w:after="0"/>
      </w:pPr>
      <w:r>
        <w:rPr>
          <w:b/>
          <w:noProof/>
          <w:color w:val="4F81BD" w:themeColor="accent1"/>
          <w:u w:val="single"/>
        </w:rPr>
        <mc:AlternateContent>
          <mc:Choice Requires="wps">
            <w:drawing>
              <wp:anchor distT="0" distB="0" distL="114300" distR="114300" simplePos="0" relativeHeight="251661824" behindDoc="0" locked="0" layoutInCell="0" allowOverlap="1" wp14:anchorId="7DFA474D" wp14:editId="058E5507">
                <wp:simplePos x="0" y="0"/>
                <wp:positionH relativeFrom="column">
                  <wp:posOffset>28575</wp:posOffset>
                </wp:positionH>
                <wp:positionV relativeFrom="paragraph">
                  <wp:posOffset>175260</wp:posOffset>
                </wp:positionV>
                <wp:extent cx="6076950" cy="0"/>
                <wp:effectExtent l="0" t="19050" r="19050" b="190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695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C60322" id="Straight Connector 1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25pt,13.8pt" to="480.75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" o:allowincell="f" strokeweight="2.25pt"/>
            </w:pict>
          </mc:Fallback>
        </mc:AlternateContent>
      </w:r>
      <w:r w:rsidR="008C1EB0">
        <w:t>Date:</w:t>
      </w:r>
    </w:p>
    <w:p w:rsidR="004C7ACF" w:rsidRPr="004C7ACF" w:rsidRDefault="004C7ACF" w:rsidP="004C7ACF">
      <w:pPr>
        <w:spacing w:after="0"/>
        <w:rPr>
          <w:color w:val="4F81BD" w:themeColor="accent1"/>
        </w:rPr>
      </w:pPr>
      <w:r w:rsidRPr="004C7ACF">
        <w:rPr>
          <w:color w:val="4F81BD" w:themeColor="accent1"/>
          <w:u w:val="thick"/>
        </w:rPr>
        <w:t>FOR</w:t>
      </w:r>
      <w:r w:rsidRPr="004C7ACF">
        <w:rPr>
          <w:color w:val="4F81BD" w:themeColor="accent1"/>
          <w:spacing w:val="-4"/>
          <w:u w:val="thick"/>
        </w:rPr>
        <w:t xml:space="preserve"> </w:t>
      </w:r>
      <w:r w:rsidR="00F966D7" w:rsidRPr="004C7ACF">
        <w:rPr>
          <w:color w:val="4F81BD" w:themeColor="accent1"/>
          <w:u w:val="thick"/>
        </w:rPr>
        <w:t>OFFICE</w:t>
      </w:r>
      <w:r w:rsidR="007712A2">
        <w:rPr>
          <w:color w:val="4F81BD" w:themeColor="accent1"/>
          <w:u w:val="thick"/>
        </w:rPr>
        <w:t xml:space="preserve"> (</w:t>
      </w:r>
      <w:r w:rsidR="007712A2">
        <w:rPr>
          <w:color w:val="4F81BD" w:themeColor="accent1"/>
          <w:spacing w:val="-4"/>
          <w:u w:val="thick"/>
        </w:rPr>
        <w:t>CCC</w:t>
      </w:r>
      <w:r w:rsidR="007712A2">
        <w:rPr>
          <w:color w:val="4F81BD" w:themeColor="accent1"/>
          <w:spacing w:val="-4"/>
          <w:u w:val="thick"/>
        </w:rPr>
        <w:t>)</w:t>
      </w:r>
      <w:r w:rsidR="00F966D7" w:rsidRPr="004C7ACF">
        <w:rPr>
          <w:color w:val="4F81BD" w:themeColor="accent1"/>
          <w:spacing w:val="-3"/>
          <w:u w:val="thick"/>
        </w:rPr>
        <w:t xml:space="preserve"> </w:t>
      </w:r>
      <w:proofErr w:type="gramStart"/>
      <w:r w:rsidR="007712A2" w:rsidRPr="004C7ACF">
        <w:rPr>
          <w:color w:val="4F81BD" w:themeColor="accent1"/>
          <w:spacing w:val="-5"/>
          <w:u w:val="thick"/>
        </w:rPr>
        <w:t>USE</w:t>
      </w:r>
      <w:r w:rsidR="007712A2" w:rsidRPr="004C7ACF">
        <w:rPr>
          <w:color w:val="4F81BD" w:themeColor="accent1"/>
          <w:spacing w:val="-5"/>
        </w:rPr>
        <w:t xml:space="preserve"> :</w:t>
      </w:r>
      <w:proofErr w:type="gramEnd"/>
    </w:p>
    <w:p w:rsidR="007712A2" w:rsidRDefault="007712A2" w:rsidP="004C7ACF">
      <w:pPr>
        <w:spacing w:after="0"/>
      </w:pPr>
      <w:r>
        <w:t>This is to certify that Mr./Ms./Mrs. ________________________________has no dues related to institute mail and ERP accounts.</w:t>
      </w:r>
    </w:p>
    <w:p w:rsidR="004C7ACF" w:rsidRDefault="007712A2" w:rsidP="004C7ACF">
      <w:pPr>
        <w:spacing w:after="0"/>
      </w:pPr>
      <w:r>
        <w:t xml:space="preserve"> </w:t>
      </w:r>
    </w:p>
    <w:p w:rsidR="00D96199" w:rsidRDefault="00D96199" w:rsidP="004C7ACF">
      <w:pPr>
        <w:spacing w:after="0"/>
      </w:pPr>
    </w:p>
    <w:p w:rsidR="007712A2" w:rsidRDefault="007712A2" w:rsidP="004C7ACF">
      <w:pPr>
        <w:spacing w:after="0"/>
      </w:pPr>
      <w:r>
        <w:t xml:space="preserve">Signature </w:t>
      </w:r>
      <w:r w:rsidR="00D96199">
        <w:t>of dealing staff</w:t>
      </w:r>
    </w:p>
    <w:p w:rsidR="00D96199" w:rsidRDefault="00D96199" w:rsidP="004C7ACF">
      <w:pPr>
        <w:spacing w:after="0"/>
      </w:pPr>
      <w:r>
        <w:t>Name:</w:t>
      </w:r>
    </w:p>
    <w:p w:rsidR="00D96199" w:rsidRDefault="00D96199" w:rsidP="004C7ACF">
      <w:pPr>
        <w:spacing w:after="0"/>
      </w:pPr>
      <w:r>
        <w:t>Designation:</w:t>
      </w:r>
      <w:bookmarkStart w:id="0" w:name="_GoBack"/>
      <w:bookmarkEnd w:id="0"/>
    </w:p>
    <w:p w:rsidR="00D96199" w:rsidRDefault="00D96199" w:rsidP="004C7ACF">
      <w:pPr>
        <w:spacing w:after="0"/>
      </w:pPr>
    </w:p>
    <w:sectPr w:rsidR="00D96199" w:rsidSect="00D96199">
      <w:pgSz w:w="12240" w:h="15840"/>
      <w:pgMar w:top="426" w:right="758" w:bottom="426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54A7C"/>
    <w:rsid w:val="0029639D"/>
    <w:rsid w:val="002C17EB"/>
    <w:rsid w:val="00326F90"/>
    <w:rsid w:val="004C7ACF"/>
    <w:rsid w:val="00764770"/>
    <w:rsid w:val="007712A2"/>
    <w:rsid w:val="008C1EB0"/>
    <w:rsid w:val="00AA1D8D"/>
    <w:rsid w:val="00B47730"/>
    <w:rsid w:val="00CB0664"/>
    <w:rsid w:val="00D96199"/>
    <w:rsid w:val="00F471BA"/>
    <w:rsid w:val="00F966D7"/>
    <w:rsid w:val="00FB5A0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C90EEA"/>
  <w14:defaultImageDpi w14:val="300"/>
  <w15:docId w15:val="{077EA6A3-6128-403D-A071-1BAAE5BE1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artifact-docx-previewheading1">
    <w:name w:val="artifact-docx-preview_heading1"/>
    <w:basedOn w:val="Normal"/>
    <w:rsid w:val="00F471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paragraph" w:styleId="NormalWeb">
    <w:name w:val="Normal (Web)"/>
    <w:basedOn w:val="Normal"/>
    <w:uiPriority w:val="99"/>
    <w:semiHidden/>
    <w:unhideWhenUsed/>
    <w:rsid w:val="00F471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5A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5A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518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EE7B060-C7E3-438B-BC4F-7A8DE549F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CET</cp:lastModifiedBy>
  <cp:revision>2</cp:revision>
  <cp:lastPrinted>2026-08-04T06:41:00Z</cp:lastPrinted>
  <dcterms:created xsi:type="dcterms:W3CDTF">2026-08-04T06:42:00Z</dcterms:created>
  <dcterms:modified xsi:type="dcterms:W3CDTF">2026-08-04T06:42:00Z</dcterms:modified>
  <cp:category/>
</cp:coreProperties>
</file>